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98A66" w14:textId="77777777" w:rsidR="00065875" w:rsidRPr="00B82B68" w:rsidRDefault="00000000">
      <w:pPr>
        <w:pStyle w:val="Tytu"/>
        <w:jc w:val="center"/>
        <w:rPr>
          <w:lang w:val="pl-PL"/>
        </w:rPr>
      </w:pPr>
      <w:r w:rsidRPr="00B82B68">
        <w:rPr>
          <w:lang w:val="pl-PL"/>
        </w:rPr>
        <w:t>Wymagania edukacyjne na poszczególne oceny</w:t>
      </w:r>
    </w:p>
    <w:p w14:paraId="06FF4712" w14:textId="77777777" w:rsidR="00065875" w:rsidRPr="00B82B68" w:rsidRDefault="00000000">
      <w:pPr>
        <w:jc w:val="center"/>
        <w:rPr>
          <w:lang w:val="pl-PL"/>
        </w:rPr>
      </w:pPr>
      <w:r w:rsidRPr="00B82B68">
        <w:rPr>
          <w:b/>
          <w:sz w:val="26"/>
          <w:lang w:val="pl-PL"/>
        </w:rPr>
        <w:t>JĘZYK POLSKI – KLASA 5</w:t>
      </w:r>
    </w:p>
    <w:p w14:paraId="0A56331E" w14:textId="77777777" w:rsidR="00065875" w:rsidRPr="00B82B68" w:rsidRDefault="00000000">
      <w:pPr>
        <w:jc w:val="center"/>
        <w:rPr>
          <w:lang w:val="pl-PL"/>
        </w:rPr>
      </w:pPr>
      <w:r w:rsidRPr="00B82B68">
        <w:rPr>
          <w:color w:val="5A5A5A"/>
          <w:sz w:val="19"/>
          <w:lang w:val="pl-PL"/>
        </w:rPr>
        <w:t>rok szkolny 2026/2027 • podręcznik „Zamieńmy słowo” • podstawa programowa 2024</w:t>
      </w:r>
    </w:p>
    <w:p w14:paraId="4B6091F4" w14:textId="77777777" w:rsidR="00065875" w:rsidRDefault="00000000">
      <w:pPr>
        <w:pStyle w:val="Nagwek1"/>
      </w:pPr>
      <w:r>
        <w:t>Zasady ogólne</w:t>
      </w:r>
    </w:p>
    <w:p w14:paraId="52CC165B" w14:textId="77777777" w:rsidR="00065875" w:rsidRPr="00B82B68" w:rsidRDefault="00000000">
      <w:pPr>
        <w:pStyle w:val="Dash"/>
        <w:rPr>
          <w:lang w:val="pl-PL"/>
        </w:rPr>
      </w:pPr>
      <w:r w:rsidRPr="00B82B68">
        <w:rPr>
          <w:lang w:val="pl-PL"/>
        </w:rPr>
        <w:t>- Wymagania mają charakter kumulatywny – ocena wyższa obejmuje także wymagania przewidziane na oceny niższe.</w:t>
      </w:r>
    </w:p>
    <w:p w14:paraId="7A827D4B" w14:textId="77777777" w:rsidR="00065875" w:rsidRPr="00B82B68" w:rsidRDefault="00000000">
      <w:pPr>
        <w:pStyle w:val="Dash"/>
        <w:rPr>
          <w:lang w:val="pl-PL"/>
        </w:rPr>
      </w:pPr>
      <w:r w:rsidRPr="00B82B68">
        <w:rPr>
          <w:lang w:val="pl-PL"/>
        </w:rPr>
        <w:t>- Ocenę niedostateczną (1) otrzymuje uczeń, który nie spełnia wymagań koniecznych na ocenę dopuszczającą.</w:t>
      </w:r>
    </w:p>
    <w:p w14:paraId="7B0D9716" w14:textId="77777777" w:rsidR="00065875" w:rsidRPr="00B82B68" w:rsidRDefault="00000000">
      <w:pPr>
        <w:pStyle w:val="Dash"/>
        <w:rPr>
          <w:lang w:val="pl-PL"/>
        </w:rPr>
      </w:pPr>
      <w:r w:rsidRPr="00B82B68">
        <w:rPr>
          <w:lang w:val="pl-PL"/>
        </w:rPr>
        <w:t>- Wymagania zostały połączone tematycznie, aby zachować pełny zakres kształcenia i ograniczyć powtarzające się zapisy występujące przy poszczególnych lekcjach.</w:t>
      </w:r>
    </w:p>
    <w:p w14:paraId="536A161C" w14:textId="77777777" w:rsidR="00065875" w:rsidRPr="00B82B68" w:rsidRDefault="00000000">
      <w:pPr>
        <w:pStyle w:val="Dash"/>
        <w:rPr>
          <w:lang w:val="pl-PL"/>
        </w:rPr>
      </w:pPr>
      <w:r w:rsidRPr="00B82B68">
        <w:rPr>
          <w:lang w:val="pl-PL"/>
        </w:rPr>
        <w:t>- Przy ustalaniu oceny uwzględnia się wiadomości i umiejętności z kształcenia literackiego i kulturowego, kształcenia językowego oraz tworzenia wypowiedzi i samokształcenia.</w:t>
      </w:r>
    </w:p>
    <w:p w14:paraId="27DF1866" w14:textId="77777777" w:rsidR="00065875" w:rsidRPr="00B82B68" w:rsidRDefault="00000000">
      <w:pPr>
        <w:pStyle w:val="Nagwek1"/>
        <w:rPr>
          <w:lang w:val="pl-PL"/>
        </w:rPr>
      </w:pPr>
      <w:r w:rsidRPr="00B82B68">
        <w:rPr>
          <w:lang w:val="pl-PL"/>
        </w:rPr>
        <w:t>I. KSZTAŁCENIE LITERACKIE I KULTUROWE</w:t>
      </w:r>
    </w:p>
    <w:p w14:paraId="34B7CDEF" w14:textId="77777777" w:rsidR="00065875" w:rsidRPr="00B82B68" w:rsidRDefault="00000000">
      <w:pPr>
        <w:pStyle w:val="Scope"/>
        <w:rPr>
          <w:lang w:val="pl-PL"/>
        </w:rPr>
      </w:pPr>
      <w:r w:rsidRPr="00B82B68">
        <w:rPr>
          <w:lang w:val="pl-PL"/>
        </w:rPr>
        <w:t>Zakres: wiersz, opowiadanie (w tym obyczajowe), powieść, mit i mitologia, bajka, hymn i utwory patriotyczne, teksty lekturowe, teatr, obraz, reklama i inne teksty kultury; narrator i osoba mówiąca, akcja i fabuła, wątek, plan wydarzeń, bohater, motyw, symbol, rym, przenośnia, uosobienie, sens dosłowny i przenośny, morał, przesłanie i wartości.</w:t>
      </w:r>
    </w:p>
    <w:p w14:paraId="0A640B3D" w14:textId="77777777" w:rsidR="00065875" w:rsidRPr="00B82B68" w:rsidRDefault="00000000">
      <w:pPr>
        <w:pStyle w:val="Nagwek2"/>
        <w:rPr>
          <w:lang w:val="pl-PL"/>
        </w:rPr>
      </w:pPr>
      <w:r w:rsidRPr="00B82B68">
        <w:rPr>
          <w:lang w:val="pl-PL"/>
        </w:rPr>
        <w:t>Ocena dopuszczająca (2)</w:t>
      </w:r>
    </w:p>
    <w:p w14:paraId="3B0FEC97" w14:textId="77777777" w:rsidR="00065875" w:rsidRPr="00B82B68" w:rsidRDefault="00000000">
      <w:pPr>
        <w:pStyle w:val="Dash"/>
        <w:rPr>
          <w:lang w:val="pl-PL"/>
        </w:rPr>
      </w:pPr>
      <w:r w:rsidRPr="00B82B68">
        <w:rPr>
          <w:lang w:val="pl-PL"/>
        </w:rPr>
        <w:t>- Rozpoznaje podstawowe elementy utworu: temat, bohaterów, narratora lub osobę mówiącą, czas i miejsce wydarzeń; odtwarza najważniejsze informacje z tekstu.</w:t>
      </w:r>
    </w:p>
    <w:p w14:paraId="6CF436FE" w14:textId="77777777" w:rsidR="00065875" w:rsidRPr="00B82B68" w:rsidRDefault="00000000">
      <w:pPr>
        <w:pStyle w:val="Dash"/>
        <w:rPr>
          <w:lang w:val="pl-PL"/>
        </w:rPr>
      </w:pPr>
      <w:r w:rsidRPr="00B82B68">
        <w:rPr>
          <w:lang w:val="pl-PL"/>
        </w:rPr>
        <w:t>- Zna podstawowe pojęcia literackie występujące w materiale klasy 5, m.in. akcja, fabuła, wątek, rym, przenośnia, mit, bajka, powieść; odróżnia wydarzenia realistyczne od fantastycznych.</w:t>
      </w:r>
    </w:p>
    <w:p w14:paraId="6FEE9BD1" w14:textId="77777777" w:rsidR="00065875" w:rsidRPr="00B82B68" w:rsidRDefault="00000000">
      <w:pPr>
        <w:pStyle w:val="Dash"/>
        <w:rPr>
          <w:lang w:val="pl-PL"/>
        </w:rPr>
      </w:pPr>
      <w:r w:rsidRPr="00B82B68">
        <w:rPr>
          <w:lang w:val="pl-PL"/>
        </w:rPr>
        <w:t>- Rozpoznaje podstawowe wartości, emocje, przesłanie lub morał utworu i formułuje prostą wypowiedź na jego temat.</w:t>
      </w:r>
    </w:p>
    <w:p w14:paraId="2FDC9058" w14:textId="77777777" w:rsidR="00065875" w:rsidRPr="00B82B68" w:rsidRDefault="00000000">
      <w:pPr>
        <w:pStyle w:val="Dash"/>
        <w:rPr>
          <w:lang w:val="pl-PL"/>
        </w:rPr>
      </w:pPr>
      <w:r w:rsidRPr="00B82B68">
        <w:rPr>
          <w:lang w:val="pl-PL"/>
        </w:rPr>
        <w:t>- Rozpoznaje podstawowe elementy obrazu, teatru, reklamy i innych tekstów kultury.</w:t>
      </w:r>
    </w:p>
    <w:p w14:paraId="3B9A5DB4" w14:textId="77777777" w:rsidR="00065875" w:rsidRPr="00B82B68" w:rsidRDefault="00000000">
      <w:pPr>
        <w:pStyle w:val="Nagwek2"/>
        <w:rPr>
          <w:lang w:val="pl-PL"/>
        </w:rPr>
      </w:pPr>
      <w:r w:rsidRPr="00B82B68">
        <w:rPr>
          <w:lang w:val="pl-PL"/>
        </w:rPr>
        <w:t>Ocena dostateczna (3)</w:t>
      </w:r>
    </w:p>
    <w:p w14:paraId="2C09A526" w14:textId="77777777" w:rsidR="00065875" w:rsidRPr="00B82B68" w:rsidRDefault="00000000">
      <w:pPr>
        <w:pStyle w:val="Dash"/>
        <w:rPr>
          <w:lang w:val="pl-PL"/>
        </w:rPr>
      </w:pPr>
      <w:r w:rsidRPr="00B82B68">
        <w:rPr>
          <w:lang w:val="pl-PL"/>
        </w:rPr>
        <w:t>- Przedstawia bohaterów i wydarzenia, rozpoznaje tematykę, narratora, wątki oraz podstawowe cechy poznanych gatunków.</w:t>
      </w:r>
    </w:p>
    <w:p w14:paraId="091165B8" w14:textId="77777777" w:rsidR="00065875" w:rsidRPr="00B82B68" w:rsidRDefault="00000000">
      <w:pPr>
        <w:pStyle w:val="Dash"/>
        <w:rPr>
          <w:lang w:val="pl-PL"/>
        </w:rPr>
      </w:pPr>
      <w:r w:rsidRPr="00B82B68">
        <w:rPr>
          <w:lang w:val="pl-PL"/>
        </w:rPr>
        <w:t>- Wyjaśnia poznane pojęcia literackie, wskazuje rymy i wybrane środki artystyczne oraz dostrzega znaczenia dosłowne i przenośne.</w:t>
      </w:r>
    </w:p>
    <w:p w14:paraId="7B77FF2F" w14:textId="77777777" w:rsidR="00065875" w:rsidRPr="00B82B68" w:rsidRDefault="00000000">
      <w:pPr>
        <w:pStyle w:val="Dash"/>
        <w:rPr>
          <w:lang w:val="pl-PL"/>
        </w:rPr>
      </w:pPr>
      <w:r w:rsidRPr="00B82B68">
        <w:rPr>
          <w:lang w:val="pl-PL"/>
        </w:rPr>
        <w:t>- Wypowiada się o postępowaniu bohaterów, wartościach, relacjach i problemach przedstawionych w tekście; wskazuje podstawowe związki przyczynowo-skutkowe.</w:t>
      </w:r>
    </w:p>
    <w:p w14:paraId="4585A8E2" w14:textId="77777777" w:rsidR="00065875" w:rsidRPr="00B82B68" w:rsidRDefault="00000000">
      <w:pPr>
        <w:pStyle w:val="Dash"/>
        <w:rPr>
          <w:lang w:val="pl-PL"/>
        </w:rPr>
      </w:pPr>
      <w:r w:rsidRPr="00B82B68">
        <w:rPr>
          <w:lang w:val="pl-PL"/>
        </w:rPr>
        <w:t>- Omawia najważniejsze elementy obrazu, przedstawienia teatralnego lub innego tekstu kultury.</w:t>
      </w:r>
    </w:p>
    <w:p w14:paraId="33ACB4DA" w14:textId="77777777" w:rsidR="00065875" w:rsidRPr="00B82B68" w:rsidRDefault="00000000">
      <w:pPr>
        <w:pStyle w:val="Nagwek2"/>
        <w:rPr>
          <w:lang w:val="pl-PL"/>
        </w:rPr>
      </w:pPr>
      <w:r w:rsidRPr="00B82B68">
        <w:rPr>
          <w:lang w:val="pl-PL"/>
        </w:rPr>
        <w:t>Ocena dobra (4)</w:t>
      </w:r>
    </w:p>
    <w:p w14:paraId="03A2E55E" w14:textId="77777777" w:rsidR="00065875" w:rsidRPr="00B82B68" w:rsidRDefault="00000000">
      <w:pPr>
        <w:pStyle w:val="Dash"/>
        <w:rPr>
          <w:lang w:val="pl-PL"/>
        </w:rPr>
      </w:pPr>
      <w:r w:rsidRPr="00B82B68">
        <w:rPr>
          <w:lang w:val="pl-PL"/>
        </w:rPr>
        <w:t>- Omawia akcję i fabułę, porządkuje wydarzenia, charakteryzuje bohaterów i wyjaśnia ich relacje, motywacje oraz znaczenie wybranych zdarzeń.</w:t>
      </w:r>
    </w:p>
    <w:p w14:paraId="1B45F648" w14:textId="77777777" w:rsidR="00065875" w:rsidRPr="00B82B68" w:rsidRDefault="00000000">
      <w:pPr>
        <w:pStyle w:val="Dash"/>
        <w:rPr>
          <w:lang w:val="pl-PL"/>
        </w:rPr>
      </w:pPr>
      <w:r w:rsidRPr="00B82B68">
        <w:rPr>
          <w:lang w:val="pl-PL"/>
        </w:rPr>
        <w:t>- Rozpoznaje cechy poznanych gatunków i rodzajów tekstów, wyjaśnia znaczenie środków artystycznych, frazeologizmów, motywów i symboli pojawiających się w utworach.</w:t>
      </w:r>
    </w:p>
    <w:p w14:paraId="6605E54C" w14:textId="77777777" w:rsidR="00065875" w:rsidRPr="00B82B68" w:rsidRDefault="00000000">
      <w:pPr>
        <w:pStyle w:val="Dash"/>
        <w:rPr>
          <w:lang w:val="pl-PL"/>
        </w:rPr>
      </w:pPr>
      <w:r w:rsidRPr="00B82B68">
        <w:rPr>
          <w:lang w:val="pl-PL"/>
        </w:rPr>
        <w:t>- Formułuje i uzasadnia własne wnioski dotyczące przesłania, morału, wartości i zachowania bohaterów, odwołując się do tekstu.</w:t>
      </w:r>
    </w:p>
    <w:p w14:paraId="0B3A76D8" w14:textId="77777777" w:rsidR="00065875" w:rsidRPr="00B82B68" w:rsidRDefault="00000000">
      <w:pPr>
        <w:pStyle w:val="Dash"/>
        <w:rPr>
          <w:lang w:val="pl-PL"/>
        </w:rPr>
      </w:pPr>
      <w:r w:rsidRPr="00B82B68">
        <w:rPr>
          <w:lang w:val="pl-PL"/>
        </w:rPr>
        <w:t>- Opisuje i interpretuje podstawowe elementy dzieła plastycznego lub teatralnego, posługując się poznanym słownictwem.</w:t>
      </w:r>
    </w:p>
    <w:p w14:paraId="5CEDF4F7" w14:textId="77777777" w:rsidR="00065875" w:rsidRPr="00B82B68" w:rsidRDefault="00000000">
      <w:pPr>
        <w:pStyle w:val="Nagwek2"/>
        <w:rPr>
          <w:lang w:val="pl-PL"/>
        </w:rPr>
      </w:pPr>
      <w:r w:rsidRPr="00B82B68">
        <w:rPr>
          <w:lang w:val="pl-PL"/>
        </w:rPr>
        <w:t>Ocena bardzo dobra (5)</w:t>
      </w:r>
    </w:p>
    <w:p w14:paraId="2FDB7FEC" w14:textId="77777777" w:rsidR="00065875" w:rsidRPr="00B82B68" w:rsidRDefault="00000000">
      <w:pPr>
        <w:pStyle w:val="Dash"/>
        <w:rPr>
          <w:lang w:val="pl-PL"/>
        </w:rPr>
      </w:pPr>
      <w:r w:rsidRPr="00B82B68">
        <w:rPr>
          <w:lang w:val="pl-PL"/>
        </w:rPr>
        <w:t>- Wnikliwie charakteryzuje bohaterów, ocenia ich postępowanie i relacje, dostrzega przemiany postaci oraz zależności między wydarzeniami.</w:t>
      </w:r>
    </w:p>
    <w:p w14:paraId="12C7528F" w14:textId="77777777" w:rsidR="00065875" w:rsidRPr="00B82B68" w:rsidRDefault="00000000">
      <w:pPr>
        <w:pStyle w:val="Dash"/>
        <w:rPr>
          <w:lang w:val="pl-PL"/>
        </w:rPr>
      </w:pPr>
      <w:r w:rsidRPr="00B82B68">
        <w:rPr>
          <w:lang w:val="pl-PL"/>
        </w:rPr>
        <w:t>- Samodzielnie omawia budowę, tematykę i problematykę utworu; rozpoznaje i wyjaśnia funkcje istotnych środków artystycznych oraz elementów kompozycji.</w:t>
      </w:r>
    </w:p>
    <w:p w14:paraId="03B6F8EB" w14:textId="77777777" w:rsidR="00065875" w:rsidRPr="00B82B68" w:rsidRDefault="00000000">
      <w:pPr>
        <w:pStyle w:val="Dash"/>
        <w:rPr>
          <w:lang w:val="pl-PL"/>
        </w:rPr>
      </w:pPr>
      <w:r w:rsidRPr="00B82B68">
        <w:rPr>
          <w:lang w:val="pl-PL"/>
        </w:rPr>
        <w:t>- Interpretuje znaczenia dosłowne i przenośne, uzasadnia własne stanowisko przykładami i łączy treść utworu z wartościami, kontekstem kulturowym lub historycznym.</w:t>
      </w:r>
    </w:p>
    <w:p w14:paraId="1D77EEFE" w14:textId="77777777" w:rsidR="00065875" w:rsidRPr="00B82B68" w:rsidRDefault="00000000">
      <w:pPr>
        <w:pStyle w:val="Dash"/>
        <w:rPr>
          <w:lang w:val="pl-PL"/>
        </w:rPr>
      </w:pPr>
      <w:r w:rsidRPr="00B82B68">
        <w:rPr>
          <w:lang w:val="pl-PL"/>
        </w:rPr>
        <w:t>- Porównuje teksty i dzieła kultury oraz formułuje rozbudowane, rzeczowe opinie.</w:t>
      </w:r>
    </w:p>
    <w:p w14:paraId="1D1852C7" w14:textId="77777777" w:rsidR="00065875" w:rsidRPr="00B82B68" w:rsidRDefault="00000000">
      <w:pPr>
        <w:pStyle w:val="Nagwek2"/>
        <w:rPr>
          <w:lang w:val="pl-PL"/>
        </w:rPr>
      </w:pPr>
      <w:r w:rsidRPr="00B82B68">
        <w:rPr>
          <w:lang w:val="pl-PL"/>
        </w:rPr>
        <w:lastRenderedPageBreak/>
        <w:t>Ocena celująca (6)</w:t>
      </w:r>
    </w:p>
    <w:p w14:paraId="492C613A" w14:textId="77777777" w:rsidR="00065875" w:rsidRPr="00B82B68" w:rsidRDefault="00000000">
      <w:pPr>
        <w:pStyle w:val="Dash"/>
        <w:rPr>
          <w:lang w:val="pl-PL"/>
        </w:rPr>
      </w:pPr>
      <w:r w:rsidRPr="00B82B68">
        <w:rPr>
          <w:lang w:val="pl-PL"/>
        </w:rPr>
        <w:t>- Samodzielnie analizuje i interpretuje poznane utwory literackie oraz teksty kultury, formułując trafne i dobrze uzasadnione wnioski.</w:t>
      </w:r>
    </w:p>
    <w:p w14:paraId="469ACC1B" w14:textId="77777777" w:rsidR="00065875" w:rsidRPr="00B82B68" w:rsidRDefault="00000000">
      <w:pPr>
        <w:pStyle w:val="Dash"/>
        <w:rPr>
          <w:lang w:val="pl-PL"/>
        </w:rPr>
      </w:pPr>
      <w:r w:rsidRPr="00B82B68">
        <w:rPr>
          <w:lang w:val="pl-PL"/>
        </w:rPr>
        <w:t>- Swobodnie posługuje się poznaną terminologią literacką i kulturową oraz wykorzystuje ją funkcjonalnie w nowych sytuacjach.</w:t>
      </w:r>
    </w:p>
    <w:p w14:paraId="3B950013" w14:textId="77777777" w:rsidR="00065875" w:rsidRPr="00B82B68" w:rsidRDefault="00000000">
      <w:pPr>
        <w:pStyle w:val="Dash"/>
        <w:rPr>
          <w:lang w:val="pl-PL"/>
        </w:rPr>
      </w:pPr>
      <w:r w:rsidRPr="00B82B68">
        <w:rPr>
          <w:lang w:val="pl-PL"/>
        </w:rPr>
        <w:t>- Twórczo prezentuje własne odczytania utworów, porównuje bohaterów, motywy, wartości i sposoby przedstawienia świata w różnych tekstach.</w:t>
      </w:r>
    </w:p>
    <w:p w14:paraId="5E30B1B1" w14:textId="77777777" w:rsidR="00065875" w:rsidRPr="00B82B68" w:rsidRDefault="00000000">
      <w:pPr>
        <w:pStyle w:val="Nagwek1"/>
        <w:rPr>
          <w:lang w:val="pl-PL"/>
        </w:rPr>
      </w:pPr>
      <w:r w:rsidRPr="00B82B68">
        <w:rPr>
          <w:lang w:val="pl-PL"/>
        </w:rPr>
        <w:t>II. KSZTAŁCENIE JĘZYKOWE</w:t>
      </w:r>
    </w:p>
    <w:p w14:paraId="0D1DB682" w14:textId="77777777" w:rsidR="00065875" w:rsidRPr="00B82B68" w:rsidRDefault="00000000">
      <w:pPr>
        <w:pStyle w:val="Scope"/>
        <w:rPr>
          <w:lang w:val="pl-PL"/>
        </w:rPr>
      </w:pPr>
      <w:r w:rsidRPr="00B82B68">
        <w:rPr>
          <w:lang w:val="pl-PL"/>
        </w:rPr>
        <w:t>Zakres: części mowy (rzeczownik, czasownik, przymiotnik, przysłówek, liczebnik, zaimek), odmiana i stopniowanie, tryby i formy nieosobowe czasownika; części zdania i związki wyrazowe (podmiot, orzeczenie, przydawka, dopełnienie, okolicznik, związek główny, szyk wyrazów); alfabet, głoski i litery, samogłoski nosowe, akcent, dykcja i znaki diakrytyczne; synonimy, antonimy, frazeologia i definicja słownikowa; ortografia i interpunkcja, m.in. ó/u, rz/ż, h/ch, nie z poznanymi częściami mowy, -ji/-ii/-i, nazwy własne, tytuły, daty i przymiotniki od nazw geograficznych.</w:t>
      </w:r>
    </w:p>
    <w:p w14:paraId="47EF5F96" w14:textId="77777777" w:rsidR="00065875" w:rsidRPr="00B82B68" w:rsidRDefault="00000000">
      <w:pPr>
        <w:pStyle w:val="Nagwek2"/>
        <w:rPr>
          <w:lang w:val="pl-PL"/>
        </w:rPr>
      </w:pPr>
      <w:r w:rsidRPr="00B82B68">
        <w:rPr>
          <w:lang w:val="pl-PL"/>
        </w:rPr>
        <w:t>Ocena dopuszczająca (2)</w:t>
      </w:r>
    </w:p>
    <w:p w14:paraId="4532C679" w14:textId="77777777" w:rsidR="00065875" w:rsidRPr="00B82B68" w:rsidRDefault="00000000">
      <w:pPr>
        <w:pStyle w:val="Dash"/>
        <w:rPr>
          <w:lang w:val="pl-PL"/>
        </w:rPr>
      </w:pPr>
      <w:r w:rsidRPr="00B82B68">
        <w:rPr>
          <w:lang w:val="pl-PL"/>
        </w:rPr>
        <w:t>- Rozpoznaje podstawowe części mowy omawiane w klasie 5: rzeczownik, czasownik, przymiotnik, przysłówek, liczebnik i zaimek oraz zna ich podstawowe cechy.</w:t>
      </w:r>
    </w:p>
    <w:p w14:paraId="47F4E6A6" w14:textId="77777777" w:rsidR="00065875" w:rsidRPr="00B82B68" w:rsidRDefault="00000000">
      <w:pPr>
        <w:pStyle w:val="Dash"/>
        <w:rPr>
          <w:lang w:val="pl-PL"/>
        </w:rPr>
      </w:pPr>
      <w:r w:rsidRPr="00B82B68">
        <w:rPr>
          <w:lang w:val="pl-PL"/>
        </w:rPr>
        <w:t>- Rozpoznaje zdanie i równoważnik zdania, podmiot i orzeczenie oraz wybrane części zdania: przydawkę, dopełnienie i okolicznik.</w:t>
      </w:r>
    </w:p>
    <w:p w14:paraId="19414E37" w14:textId="77777777" w:rsidR="00065875" w:rsidRPr="00B82B68" w:rsidRDefault="00000000">
      <w:pPr>
        <w:pStyle w:val="Dash"/>
        <w:rPr>
          <w:lang w:val="pl-PL"/>
        </w:rPr>
      </w:pPr>
      <w:r w:rsidRPr="00B82B68">
        <w:rPr>
          <w:lang w:val="pl-PL"/>
        </w:rPr>
        <w:t>- Zna podstawowe pojęcia dotyczące alfabetu, głosek, akcentu, szyku wyrazów, synonimów i związków frazeologicznych.</w:t>
      </w:r>
    </w:p>
    <w:p w14:paraId="79625AA2" w14:textId="77777777" w:rsidR="00065875" w:rsidRPr="00B82B68" w:rsidRDefault="00000000">
      <w:pPr>
        <w:pStyle w:val="Dash"/>
        <w:rPr>
          <w:lang w:val="pl-PL"/>
        </w:rPr>
      </w:pPr>
      <w:r w:rsidRPr="00B82B68">
        <w:rPr>
          <w:lang w:val="pl-PL"/>
        </w:rPr>
        <w:t>- Zna podstawowe zasady ortograficzne i interpunkcyjne realizowane w klasie 5.</w:t>
      </w:r>
    </w:p>
    <w:p w14:paraId="4D3C0411" w14:textId="77777777" w:rsidR="00065875" w:rsidRPr="00B82B68" w:rsidRDefault="00000000">
      <w:pPr>
        <w:pStyle w:val="Nagwek2"/>
        <w:rPr>
          <w:lang w:val="pl-PL"/>
        </w:rPr>
      </w:pPr>
      <w:r w:rsidRPr="00B82B68">
        <w:rPr>
          <w:lang w:val="pl-PL"/>
        </w:rPr>
        <w:t>Ocena dostateczna (3)</w:t>
      </w:r>
    </w:p>
    <w:p w14:paraId="1274ECE6" w14:textId="77777777" w:rsidR="00065875" w:rsidRPr="00B82B68" w:rsidRDefault="00000000">
      <w:pPr>
        <w:pStyle w:val="Dash"/>
        <w:rPr>
          <w:lang w:val="pl-PL"/>
        </w:rPr>
      </w:pPr>
      <w:r w:rsidRPr="00B82B68">
        <w:rPr>
          <w:lang w:val="pl-PL"/>
        </w:rPr>
        <w:t>- Rozpoznaje i odmienia poznane części mowy w podstawowym zakresie; rozpoznaje osobowe i nieosobowe formy czasownika oraz jego tryby.</w:t>
      </w:r>
    </w:p>
    <w:p w14:paraId="2AB0FC89" w14:textId="77777777" w:rsidR="00065875" w:rsidRPr="00B82B68" w:rsidRDefault="00000000">
      <w:pPr>
        <w:pStyle w:val="Dash"/>
        <w:rPr>
          <w:lang w:val="pl-PL"/>
        </w:rPr>
      </w:pPr>
      <w:r w:rsidRPr="00B82B68">
        <w:rPr>
          <w:lang w:val="pl-PL"/>
        </w:rPr>
        <w:t>- Wskazuje podstawowe części zdania i związki wyrazowe; rozumie rolę szyku wyrazów w zdaniu.</w:t>
      </w:r>
    </w:p>
    <w:p w14:paraId="62D4EA76" w14:textId="77777777" w:rsidR="00065875" w:rsidRPr="00B82B68" w:rsidRDefault="00000000">
      <w:pPr>
        <w:pStyle w:val="Dash"/>
        <w:rPr>
          <w:lang w:val="pl-PL"/>
        </w:rPr>
      </w:pPr>
      <w:r w:rsidRPr="00B82B68">
        <w:rPr>
          <w:lang w:val="pl-PL"/>
        </w:rPr>
        <w:t>- Rozpoznaje synonimy i frazeologizmy, korzysta ze słownika oraz dobiera słownictwo do sytuacji komunikacyjnej.</w:t>
      </w:r>
    </w:p>
    <w:p w14:paraId="1D3390C7" w14:textId="77777777" w:rsidR="00065875" w:rsidRPr="00B82B68" w:rsidRDefault="00000000">
      <w:pPr>
        <w:pStyle w:val="Dash"/>
        <w:rPr>
          <w:lang w:val="pl-PL"/>
        </w:rPr>
      </w:pPr>
      <w:r w:rsidRPr="00B82B68">
        <w:rPr>
          <w:lang w:val="pl-PL"/>
        </w:rPr>
        <w:t>- Stosuje podstawowe reguły pisowni, m.in. wyrazów z ó/u, h/ch, nie z poznanymi częściami mowy, zakończeń -ji/-ii/-i, nazw własnych i tytułów.</w:t>
      </w:r>
    </w:p>
    <w:p w14:paraId="5E45E8F3" w14:textId="77777777" w:rsidR="00065875" w:rsidRPr="00B82B68" w:rsidRDefault="00000000">
      <w:pPr>
        <w:pStyle w:val="Nagwek2"/>
        <w:rPr>
          <w:lang w:val="pl-PL"/>
        </w:rPr>
      </w:pPr>
      <w:r w:rsidRPr="00B82B68">
        <w:rPr>
          <w:lang w:val="pl-PL"/>
        </w:rPr>
        <w:t>Ocena dobra (4)</w:t>
      </w:r>
    </w:p>
    <w:p w14:paraId="3B069722" w14:textId="77777777" w:rsidR="00065875" w:rsidRPr="00B82B68" w:rsidRDefault="00000000">
      <w:pPr>
        <w:pStyle w:val="Dash"/>
        <w:rPr>
          <w:lang w:val="pl-PL"/>
        </w:rPr>
      </w:pPr>
      <w:r w:rsidRPr="00B82B68">
        <w:rPr>
          <w:lang w:val="pl-PL"/>
        </w:rPr>
        <w:t>- Wyjaśnia cechy i funkcje poznanych części mowy, poprawnie je odmienia oraz stosuje w zdaniach; rozpoznaje i stosuje tryby oraz formy nieosobowe czasownika.</w:t>
      </w:r>
    </w:p>
    <w:p w14:paraId="06E0B990" w14:textId="77777777" w:rsidR="00065875" w:rsidRPr="00B82B68" w:rsidRDefault="00000000">
      <w:pPr>
        <w:pStyle w:val="Dash"/>
        <w:rPr>
          <w:lang w:val="pl-PL"/>
        </w:rPr>
      </w:pPr>
      <w:r w:rsidRPr="00B82B68">
        <w:rPr>
          <w:lang w:val="pl-PL"/>
        </w:rPr>
        <w:t>- Analizuje budowę prostych wypowiedzeń, wskazuje części zdania i zależności między wyrazami oraz stosuje poprawny szyk.</w:t>
      </w:r>
    </w:p>
    <w:p w14:paraId="763B845A" w14:textId="77777777" w:rsidR="00065875" w:rsidRPr="00B82B68" w:rsidRDefault="00000000">
      <w:pPr>
        <w:pStyle w:val="Dash"/>
        <w:rPr>
          <w:lang w:val="pl-PL"/>
        </w:rPr>
      </w:pPr>
      <w:r w:rsidRPr="00B82B68">
        <w:rPr>
          <w:lang w:val="pl-PL"/>
        </w:rPr>
        <w:t>- Wyjaśnia znaczenia związków frazeologicznych i świadomie wykorzystuje poznane słownictwo.</w:t>
      </w:r>
    </w:p>
    <w:p w14:paraId="645175FE" w14:textId="77777777" w:rsidR="00065875" w:rsidRPr="00B82B68" w:rsidRDefault="00000000">
      <w:pPr>
        <w:pStyle w:val="Dash"/>
        <w:rPr>
          <w:lang w:val="pl-PL"/>
        </w:rPr>
      </w:pPr>
      <w:r w:rsidRPr="00B82B68">
        <w:rPr>
          <w:lang w:val="pl-PL"/>
        </w:rPr>
        <w:t>- Poprawnie stosuje omawiane zasady ortograficzne, interpunkcyjne i zasady zapisu dialogu.</w:t>
      </w:r>
    </w:p>
    <w:p w14:paraId="24287082" w14:textId="77777777" w:rsidR="00065875" w:rsidRPr="00B82B68" w:rsidRDefault="00000000">
      <w:pPr>
        <w:pStyle w:val="Nagwek2"/>
        <w:rPr>
          <w:lang w:val="pl-PL"/>
        </w:rPr>
      </w:pPr>
      <w:r w:rsidRPr="00B82B68">
        <w:rPr>
          <w:lang w:val="pl-PL"/>
        </w:rPr>
        <w:t>Ocena bardzo dobra (5)</w:t>
      </w:r>
    </w:p>
    <w:p w14:paraId="3E70FFE5" w14:textId="77777777" w:rsidR="00065875" w:rsidRPr="00B82B68" w:rsidRDefault="00000000">
      <w:pPr>
        <w:pStyle w:val="Dash"/>
        <w:rPr>
          <w:lang w:val="pl-PL"/>
        </w:rPr>
      </w:pPr>
      <w:r w:rsidRPr="00B82B68">
        <w:rPr>
          <w:lang w:val="pl-PL"/>
        </w:rPr>
        <w:t>- Sprawnie wykorzystuje wiadomości gramatyczne w analizie zdań i własnych wypowiedziach; samodzielnie przekształca i uzupełnia konstrukcje językowe.</w:t>
      </w:r>
    </w:p>
    <w:p w14:paraId="1015D7C6" w14:textId="77777777" w:rsidR="00065875" w:rsidRPr="00B82B68" w:rsidRDefault="00000000">
      <w:pPr>
        <w:pStyle w:val="Dash"/>
        <w:rPr>
          <w:lang w:val="pl-PL"/>
        </w:rPr>
      </w:pPr>
      <w:r w:rsidRPr="00B82B68">
        <w:rPr>
          <w:lang w:val="pl-PL"/>
        </w:rPr>
        <w:t>- Poprawnie stosuje części mowy i części zdania, dba o składnię, szyk oraz precyzję wypowiedzi.</w:t>
      </w:r>
    </w:p>
    <w:p w14:paraId="310389C4" w14:textId="77777777" w:rsidR="00065875" w:rsidRPr="00B82B68" w:rsidRDefault="00000000">
      <w:pPr>
        <w:pStyle w:val="Dash"/>
        <w:rPr>
          <w:lang w:val="pl-PL"/>
        </w:rPr>
      </w:pPr>
      <w:r w:rsidRPr="00B82B68">
        <w:rPr>
          <w:lang w:val="pl-PL"/>
        </w:rPr>
        <w:t>- Wyjaśnia reguły ortograficzne i interpunkcyjne oraz konsekwentnie stosuje je w praktyce, także w trudniejszych przykładach.</w:t>
      </w:r>
    </w:p>
    <w:p w14:paraId="6FC8FEF0" w14:textId="77777777" w:rsidR="00065875" w:rsidRPr="00B82B68" w:rsidRDefault="00000000">
      <w:pPr>
        <w:pStyle w:val="Dash"/>
        <w:rPr>
          <w:lang w:val="pl-PL"/>
        </w:rPr>
      </w:pPr>
      <w:r w:rsidRPr="00B82B68">
        <w:rPr>
          <w:lang w:val="pl-PL"/>
        </w:rPr>
        <w:t>- Swobodnie korzysta ze słownictwa i frazeologii oraz dostrzega ich funkcję w tekście.</w:t>
      </w:r>
    </w:p>
    <w:p w14:paraId="0CE93C1F" w14:textId="77777777" w:rsidR="00065875" w:rsidRPr="00B82B68" w:rsidRDefault="00000000">
      <w:pPr>
        <w:pStyle w:val="Nagwek2"/>
        <w:rPr>
          <w:lang w:val="pl-PL"/>
        </w:rPr>
      </w:pPr>
      <w:r w:rsidRPr="00B82B68">
        <w:rPr>
          <w:lang w:val="pl-PL"/>
        </w:rPr>
        <w:t>Ocena celująca (6)</w:t>
      </w:r>
    </w:p>
    <w:p w14:paraId="6AB41959" w14:textId="77777777" w:rsidR="00065875" w:rsidRPr="00B82B68" w:rsidRDefault="00000000">
      <w:pPr>
        <w:pStyle w:val="Dash"/>
        <w:rPr>
          <w:lang w:val="pl-PL"/>
        </w:rPr>
      </w:pPr>
      <w:r w:rsidRPr="00B82B68">
        <w:rPr>
          <w:lang w:val="pl-PL"/>
        </w:rPr>
        <w:t>- Funkcjonalnie i świadomie wykorzystuje wiedzę gramatyczną, leksykalną, ortograficzną i interpunkcyjną w różnorodnych wypowiedziach.</w:t>
      </w:r>
    </w:p>
    <w:p w14:paraId="1A3D4BFE" w14:textId="77777777" w:rsidR="00065875" w:rsidRPr="00B82B68" w:rsidRDefault="00000000">
      <w:pPr>
        <w:pStyle w:val="Dash"/>
        <w:rPr>
          <w:lang w:val="pl-PL"/>
        </w:rPr>
      </w:pPr>
      <w:r w:rsidRPr="00B82B68">
        <w:rPr>
          <w:lang w:val="pl-PL"/>
        </w:rPr>
        <w:t>- Rozwiązuje trudniejsze zadania językowe, samodzielnie uzasadnia zastosowane formy i reguły oraz poprawia własne błędy.</w:t>
      </w:r>
    </w:p>
    <w:p w14:paraId="3C990EE3" w14:textId="77777777" w:rsidR="00065875" w:rsidRPr="00B82B68" w:rsidRDefault="00000000">
      <w:pPr>
        <w:pStyle w:val="Dash"/>
        <w:rPr>
          <w:lang w:val="pl-PL"/>
        </w:rPr>
      </w:pPr>
      <w:r w:rsidRPr="00B82B68">
        <w:rPr>
          <w:lang w:val="pl-PL"/>
        </w:rPr>
        <w:t>- Posługuje się bogatym i precyzyjnym słownictwem, poprawnym językiem oraz świadomie dobiera środki do celu wypowiedzi.</w:t>
      </w:r>
    </w:p>
    <w:p w14:paraId="56DCFC78" w14:textId="77777777" w:rsidR="00065875" w:rsidRPr="00B82B68" w:rsidRDefault="00000000">
      <w:pPr>
        <w:pStyle w:val="Nagwek1"/>
        <w:rPr>
          <w:lang w:val="pl-PL"/>
        </w:rPr>
      </w:pPr>
      <w:r w:rsidRPr="00B82B68">
        <w:rPr>
          <w:lang w:val="pl-PL"/>
        </w:rPr>
        <w:lastRenderedPageBreak/>
        <w:t>III. TWORZENIE WYPOWIEDZI I SAMOKSZTAŁCENIE</w:t>
      </w:r>
    </w:p>
    <w:p w14:paraId="76CE77E9" w14:textId="77777777" w:rsidR="00065875" w:rsidRPr="00B82B68" w:rsidRDefault="00000000">
      <w:pPr>
        <w:pStyle w:val="Scope"/>
        <w:rPr>
          <w:lang w:val="pl-PL"/>
        </w:rPr>
      </w:pPr>
      <w:r w:rsidRPr="00B82B68">
        <w:rPr>
          <w:lang w:val="pl-PL"/>
        </w:rPr>
        <w:t>Zakres: opowiadanie (także z dialogiem, zwrotem akcji i puentą), opis osoby, miejsca, przedmiotu i obrazu, charakterystyka, streszczenie, list, e-mail, SMS, zaproszenie, dedykacja, ogłoszenie, artykuł, instrukcja, plakat, reklama i slogan, notatka (w tym biograficzna), plan wydarzeń, mapa myśli i prezentacja; korzystanie z podręcznika, słowników, internetu i innych źródeł informacji.</w:t>
      </w:r>
    </w:p>
    <w:p w14:paraId="69DB0A32" w14:textId="77777777" w:rsidR="00065875" w:rsidRPr="00B82B68" w:rsidRDefault="00000000">
      <w:pPr>
        <w:pStyle w:val="Nagwek2"/>
        <w:rPr>
          <w:lang w:val="pl-PL"/>
        </w:rPr>
      </w:pPr>
      <w:r w:rsidRPr="00B82B68">
        <w:rPr>
          <w:lang w:val="pl-PL"/>
        </w:rPr>
        <w:t>Ocena dopuszczająca (2)</w:t>
      </w:r>
    </w:p>
    <w:p w14:paraId="13231761" w14:textId="77777777" w:rsidR="00065875" w:rsidRPr="00B82B68" w:rsidRDefault="00000000">
      <w:pPr>
        <w:pStyle w:val="Dash"/>
        <w:rPr>
          <w:lang w:val="pl-PL"/>
        </w:rPr>
      </w:pPr>
      <w:r w:rsidRPr="00B82B68">
        <w:rPr>
          <w:lang w:val="pl-PL"/>
        </w:rPr>
        <w:t>- Rozpoznaje poznane formy wypowiedzi i zna ich podstawowy cel oraz najważniejsze elementy kompozycyjne.</w:t>
      </w:r>
    </w:p>
    <w:p w14:paraId="44449757" w14:textId="77777777" w:rsidR="00065875" w:rsidRPr="00B82B68" w:rsidRDefault="00000000">
      <w:pPr>
        <w:pStyle w:val="Dash"/>
        <w:rPr>
          <w:lang w:val="pl-PL"/>
        </w:rPr>
      </w:pPr>
      <w:r w:rsidRPr="00B82B68">
        <w:rPr>
          <w:lang w:val="pl-PL"/>
        </w:rPr>
        <w:t>- Podejmuje próbę napisania prostego opowiadania, opisu, listu, e-maila, SMS-u, zaproszenia, dedykacji, ogłoszenia lub innej omawianej formy.</w:t>
      </w:r>
    </w:p>
    <w:p w14:paraId="166EB9CD" w14:textId="77777777" w:rsidR="00065875" w:rsidRPr="00B82B68" w:rsidRDefault="00000000">
      <w:pPr>
        <w:pStyle w:val="Dash"/>
        <w:rPr>
          <w:lang w:val="pl-PL"/>
        </w:rPr>
      </w:pPr>
      <w:r w:rsidRPr="00B82B68">
        <w:rPr>
          <w:lang w:val="pl-PL"/>
        </w:rPr>
        <w:t>- Tworzy prosty plan wydarzeń, notatkę lub materiał do wypowiedzi; pod kierunkiem korzysta z podręcznika, słownika i innych źródeł informacji.</w:t>
      </w:r>
    </w:p>
    <w:p w14:paraId="30DAB51B" w14:textId="77777777" w:rsidR="00065875" w:rsidRPr="00B82B68" w:rsidRDefault="00000000">
      <w:pPr>
        <w:pStyle w:val="Dash"/>
        <w:rPr>
          <w:lang w:val="pl-PL"/>
        </w:rPr>
      </w:pPr>
      <w:r w:rsidRPr="00B82B68">
        <w:rPr>
          <w:lang w:val="pl-PL"/>
        </w:rPr>
        <w:t>- W wypowiedziach ustnych przedstawia swoje zdanie i podejmuje próbę jego uzasadnienia.</w:t>
      </w:r>
    </w:p>
    <w:p w14:paraId="51629929" w14:textId="77777777" w:rsidR="00065875" w:rsidRPr="00B82B68" w:rsidRDefault="00000000">
      <w:pPr>
        <w:pStyle w:val="Nagwek2"/>
        <w:rPr>
          <w:lang w:val="pl-PL"/>
        </w:rPr>
      </w:pPr>
      <w:r w:rsidRPr="00B82B68">
        <w:rPr>
          <w:lang w:val="pl-PL"/>
        </w:rPr>
        <w:t>Ocena dostateczna (3)</w:t>
      </w:r>
    </w:p>
    <w:p w14:paraId="4E9A9741" w14:textId="77777777" w:rsidR="00065875" w:rsidRPr="00B82B68" w:rsidRDefault="00000000">
      <w:pPr>
        <w:pStyle w:val="Dash"/>
        <w:rPr>
          <w:lang w:val="pl-PL"/>
        </w:rPr>
      </w:pPr>
      <w:r w:rsidRPr="00B82B68">
        <w:rPr>
          <w:lang w:val="pl-PL"/>
        </w:rPr>
        <w:t>- Tworzy proste, uporządkowane wypowiedzi zgodne z tematem; zachowuje podstawową kompozycję poznanych form użytkowych i literackich.</w:t>
      </w:r>
    </w:p>
    <w:p w14:paraId="1BA97EE5" w14:textId="77777777" w:rsidR="00065875" w:rsidRPr="00B82B68" w:rsidRDefault="00000000">
      <w:pPr>
        <w:pStyle w:val="Dash"/>
        <w:rPr>
          <w:lang w:val="pl-PL"/>
        </w:rPr>
      </w:pPr>
      <w:r w:rsidRPr="00B82B68">
        <w:rPr>
          <w:lang w:val="pl-PL"/>
        </w:rPr>
        <w:t>- Pisze opowiadanie, opis, charakterystykę, streszczenie, list, e-mail, SMS, zaproszenie, dedykację, ogłoszenie i artykuł w podstawowej poprawnej formie.</w:t>
      </w:r>
    </w:p>
    <w:p w14:paraId="5075C858" w14:textId="77777777" w:rsidR="00065875" w:rsidRPr="00B82B68" w:rsidRDefault="00000000">
      <w:pPr>
        <w:pStyle w:val="Dash"/>
        <w:rPr>
          <w:lang w:val="pl-PL"/>
        </w:rPr>
      </w:pPr>
      <w:r w:rsidRPr="00B82B68">
        <w:rPr>
          <w:lang w:val="pl-PL"/>
        </w:rPr>
        <w:t>- Stosuje akapity, prosty dialog, właściwe zwroty do odbiorcy oraz podstawowe słownictwo charakterystyczne dla danej formy.</w:t>
      </w:r>
    </w:p>
    <w:p w14:paraId="5193B7CD" w14:textId="77777777" w:rsidR="00065875" w:rsidRPr="00B82B68" w:rsidRDefault="00000000">
      <w:pPr>
        <w:pStyle w:val="Dash"/>
        <w:rPr>
          <w:lang w:val="pl-PL"/>
        </w:rPr>
      </w:pPr>
      <w:r w:rsidRPr="00B82B68">
        <w:rPr>
          <w:lang w:val="pl-PL"/>
        </w:rPr>
        <w:t>- Wyszukuje informacje w podręczniku, słowniku i internecie, tworzy prostą notatkę, mapę myśli lub prezentację.</w:t>
      </w:r>
    </w:p>
    <w:p w14:paraId="2AFF1987" w14:textId="77777777" w:rsidR="00065875" w:rsidRPr="00B82B68" w:rsidRDefault="00000000">
      <w:pPr>
        <w:pStyle w:val="Nagwek2"/>
        <w:rPr>
          <w:lang w:val="pl-PL"/>
        </w:rPr>
      </w:pPr>
      <w:r w:rsidRPr="00B82B68">
        <w:rPr>
          <w:lang w:val="pl-PL"/>
        </w:rPr>
        <w:t>Ocena dobra (4)</w:t>
      </w:r>
    </w:p>
    <w:p w14:paraId="178312A8" w14:textId="77777777" w:rsidR="00065875" w:rsidRPr="00B82B68" w:rsidRDefault="00000000">
      <w:pPr>
        <w:pStyle w:val="Dash"/>
        <w:rPr>
          <w:lang w:val="pl-PL"/>
        </w:rPr>
      </w:pPr>
      <w:r w:rsidRPr="00B82B68">
        <w:rPr>
          <w:lang w:val="pl-PL"/>
        </w:rPr>
        <w:t>- Tworzy spójne i rozwinięte wypowiedzi, porządkuje materiał, dobiera odpowiednie słownictwo, argumenty i przykłady oraz zachowuje logiczny układ tekstu.</w:t>
      </w:r>
    </w:p>
    <w:p w14:paraId="1A6F7CDE" w14:textId="77777777" w:rsidR="00065875" w:rsidRPr="00B82B68" w:rsidRDefault="00000000">
      <w:pPr>
        <w:pStyle w:val="Dash"/>
        <w:rPr>
          <w:lang w:val="pl-PL"/>
        </w:rPr>
      </w:pPr>
      <w:r w:rsidRPr="00B82B68">
        <w:rPr>
          <w:lang w:val="pl-PL"/>
        </w:rPr>
        <w:t>- Poprawnie wprowadza opis, dialog i wypowiedzi bohaterów do opowiadania; stosuje właściwą narrację, tytuł, akapity i znaki interpunkcyjne.</w:t>
      </w:r>
    </w:p>
    <w:p w14:paraId="42160F37" w14:textId="77777777" w:rsidR="00065875" w:rsidRPr="00B82B68" w:rsidRDefault="00000000">
      <w:pPr>
        <w:pStyle w:val="Dash"/>
        <w:rPr>
          <w:lang w:val="pl-PL"/>
        </w:rPr>
      </w:pPr>
      <w:r w:rsidRPr="00B82B68">
        <w:rPr>
          <w:lang w:val="pl-PL"/>
        </w:rPr>
        <w:t>- Pisze rozwinięte formy użytkowe i szkolne zgodnie z ich cechami; redaguje poprawne streszczenie i charakterystykę.</w:t>
      </w:r>
    </w:p>
    <w:p w14:paraId="63527E28" w14:textId="77777777" w:rsidR="00065875" w:rsidRPr="00B82B68" w:rsidRDefault="00000000">
      <w:pPr>
        <w:pStyle w:val="Dash"/>
        <w:rPr>
          <w:lang w:val="pl-PL"/>
        </w:rPr>
      </w:pPr>
      <w:r w:rsidRPr="00B82B68">
        <w:rPr>
          <w:lang w:val="pl-PL"/>
        </w:rPr>
        <w:t>- Selekcjonuje i porządkuje informacje z różnych źródeł oraz przygotowuje czytelną notatkę, plakat lub prezentację.</w:t>
      </w:r>
    </w:p>
    <w:p w14:paraId="6EBEA1D0" w14:textId="77777777" w:rsidR="00065875" w:rsidRPr="00B82B68" w:rsidRDefault="00000000">
      <w:pPr>
        <w:pStyle w:val="Nagwek2"/>
        <w:rPr>
          <w:lang w:val="pl-PL"/>
        </w:rPr>
      </w:pPr>
      <w:r w:rsidRPr="00B82B68">
        <w:rPr>
          <w:lang w:val="pl-PL"/>
        </w:rPr>
        <w:t>Ocena bardzo dobra (5)</w:t>
      </w:r>
    </w:p>
    <w:p w14:paraId="2252AE3D" w14:textId="77777777" w:rsidR="00065875" w:rsidRPr="00B82B68" w:rsidRDefault="00000000">
      <w:pPr>
        <w:pStyle w:val="Dash"/>
        <w:rPr>
          <w:lang w:val="pl-PL"/>
        </w:rPr>
      </w:pPr>
      <w:r w:rsidRPr="00B82B68">
        <w:rPr>
          <w:lang w:val="pl-PL"/>
        </w:rPr>
        <w:t>- Samodzielnie tworzy ciekawe, rozwinięte i logicznie skomponowane teksty, zachowując wszystkie istotne cechy danej formy wypowiedzi.</w:t>
      </w:r>
    </w:p>
    <w:p w14:paraId="58F30F6F" w14:textId="77777777" w:rsidR="00065875" w:rsidRPr="00B82B68" w:rsidRDefault="00000000">
      <w:pPr>
        <w:pStyle w:val="Dash"/>
        <w:rPr>
          <w:lang w:val="pl-PL"/>
        </w:rPr>
      </w:pPr>
      <w:r w:rsidRPr="00B82B68">
        <w:rPr>
          <w:lang w:val="pl-PL"/>
        </w:rPr>
        <w:t>- Świadomie wykorzystuje bogate słownictwo, dialog, opis, elementy charakterystyki, puentę oraz inne środki uatrakcyjniające wypowiedź.</w:t>
      </w:r>
    </w:p>
    <w:p w14:paraId="7FA3F4C8" w14:textId="77777777" w:rsidR="00065875" w:rsidRPr="00B82B68" w:rsidRDefault="00000000">
      <w:pPr>
        <w:pStyle w:val="Dash"/>
        <w:rPr>
          <w:lang w:val="pl-PL"/>
        </w:rPr>
      </w:pPr>
      <w:r w:rsidRPr="00B82B68">
        <w:rPr>
          <w:lang w:val="pl-PL"/>
        </w:rPr>
        <w:t>- Dba o poprawność językową, stylistyczną, ortograficzną i interpunkcyjną oraz dostosowuje styl do sytuacji, celu i odbiorcy.</w:t>
      </w:r>
    </w:p>
    <w:p w14:paraId="4FF2863B" w14:textId="77777777" w:rsidR="00065875" w:rsidRPr="00B82B68" w:rsidRDefault="00000000">
      <w:pPr>
        <w:pStyle w:val="Dash"/>
        <w:rPr>
          <w:lang w:val="pl-PL"/>
        </w:rPr>
      </w:pPr>
      <w:r w:rsidRPr="00B82B68">
        <w:rPr>
          <w:lang w:val="pl-PL"/>
        </w:rPr>
        <w:t>- Samodzielnie wyszukuje, porządkuje i prezentuje informacje w funkcjonalnej formie, np. notatki, mapy myśli, plakatu lub prezentacji multimedialnej.</w:t>
      </w:r>
    </w:p>
    <w:p w14:paraId="26145CBA" w14:textId="77777777" w:rsidR="00065875" w:rsidRPr="00B82B68" w:rsidRDefault="00000000">
      <w:pPr>
        <w:pStyle w:val="Nagwek2"/>
        <w:rPr>
          <w:lang w:val="pl-PL"/>
        </w:rPr>
      </w:pPr>
      <w:r w:rsidRPr="00B82B68">
        <w:rPr>
          <w:lang w:val="pl-PL"/>
        </w:rPr>
        <w:t>Ocena celująca (6)</w:t>
      </w:r>
    </w:p>
    <w:p w14:paraId="7636167F" w14:textId="77777777" w:rsidR="00065875" w:rsidRPr="00B82B68" w:rsidRDefault="00000000">
      <w:pPr>
        <w:pStyle w:val="Dash"/>
        <w:rPr>
          <w:lang w:val="pl-PL"/>
        </w:rPr>
      </w:pPr>
      <w:r w:rsidRPr="00B82B68">
        <w:rPr>
          <w:lang w:val="pl-PL"/>
        </w:rPr>
        <w:t>- Tworzy samodzielne, twórcze i dojrzałe wypowiedzi ustne i pisemne, w pełni realizując temat i wymagania danej formy.</w:t>
      </w:r>
    </w:p>
    <w:p w14:paraId="1409F88E" w14:textId="77777777" w:rsidR="00065875" w:rsidRPr="00B82B68" w:rsidRDefault="00000000">
      <w:pPr>
        <w:pStyle w:val="Dash"/>
        <w:rPr>
          <w:lang w:val="pl-PL"/>
        </w:rPr>
      </w:pPr>
      <w:r w:rsidRPr="00B82B68">
        <w:rPr>
          <w:lang w:val="pl-PL"/>
        </w:rPr>
        <w:t>- Funkcjonalnie wykorzystuje poznane środki językowe i kompozycyjne, świadomie redaguje tekst i poprawia własne błędy.</w:t>
      </w:r>
    </w:p>
    <w:p w14:paraId="5D912126" w14:textId="77777777" w:rsidR="00065875" w:rsidRPr="00B82B68" w:rsidRDefault="00000000">
      <w:pPr>
        <w:pStyle w:val="Dash"/>
        <w:rPr>
          <w:lang w:val="pl-PL"/>
        </w:rPr>
      </w:pPr>
      <w:r w:rsidRPr="00B82B68">
        <w:rPr>
          <w:lang w:val="pl-PL"/>
        </w:rPr>
        <w:t>- Sprawnie korzysta z różnych źródeł informacji, krytycznie wybiera potrzebne treści i prezentuje je w przemyślanej, atrakcyjnej formie.</w:t>
      </w:r>
    </w:p>
    <w:p w14:paraId="23B1862C" w14:textId="77777777" w:rsidR="00065875" w:rsidRPr="00B82B68" w:rsidRDefault="00000000">
      <w:pPr>
        <w:pStyle w:val="Nagwek1"/>
        <w:rPr>
          <w:lang w:val="pl-PL"/>
        </w:rPr>
      </w:pPr>
      <w:r w:rsidRPr="00B82B68">
        <w:rPr>
          <w:lang w:val="pl-PL"/>
        </w:rPr>
        <w:t>Uwagi końcowe</w:t>
      </w:r>
    </w:p>
    <w:p w14:paraId="6C7517E1" w14:textId="77777777" w:rsidR="00065875" w:rsidRPr="00B82B68" w:rsidRDefault="00000000">
      <w:pPr>
        <w:pStyle w:val="Dash"/>
        <w:rPr>
          <w:lang w:val="pl-PL"/>
        </w:rPr>
      </w:pPr>
      <w:r w:rsidRPr="00B82B68">
        <w:rPr>
          <w:lang w:val="pl-PL"/>
        </w:rPr>
        <w:t>- Dokument ma charakter syntetyczny: łączy powtarzające się zapisy szczegółowych wymagań, zachowując pełny zakres wiadomości i umiejętności oraz wyraźne zróżnicowanie poziomów ocen.</w:t>
      </w:r>
    </w:p>
    <w:p w14:paraId="63220108" w14:textId="77777777" w:rsidR="00065875" w:rsidRPr="00B82B68" w:rsidRDefault="00000000">
      <w:pPr>
        <w:pStyle w:val="Dash"/>
        <w:rPr>
          <w:lang w:val="pl-PL"/>
        </w:rPr>
      </w:pPr>
      <w:r w:rsidRPr="00B82B68">
        <w:rPr>
          <w:lang w:val="pl-PL"/>
        </w:rPr>
        <w:t>- Szczegółowe wymagania realizowane na poszczególnych lekcjach wynikają z programu nauczania, podstawy programowej i bieżących treści pracy.</w:t>
      </w:r>
    </w:p>
    <w:sectPr w:rsidR="00065875" w:rsidRPr="00B82B68" w:rsidSect="00034616">
      <w:headerReference w:type="default" r:id="rId8"/>
      <w:footerReference w:type="default" r:id="rId9"/>
      <w:pgSz w:w="12240" w:h="15840"/>
      <w:pgMar w:top="850" w:right="964" w:bottom="794" w:left="964" w:header="369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40E6F0" w14:textId="77777777" w:rsidR="00586259" w:rsidRDefault="00586259">
      <w:pPr>
        <w:spacing w:after="0" w:line="240" w:lineRule="auto"/>
      </w:pPr>
      <w:r>
        <w:separator/>
      </w:r>
    </w:p>
  </w:endnote>
  <w:endnote w:type="continuationSeparator" w:id="0">
    <w:p w14:paraId="56DDA062" w14:textId="77777777" w:rsidR="00586259" w:rsidRDefault="005862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6E259" w14:textId="77777777" w:rsidR="00065875" w:rsidRDefault="00000000">
    <w:pPr>
      <w:pStyle w:val="Stopka"/>
      <w:jc w:val="center"/>
    </w:pPr>
    <w:r>
      <w:rPr>
        <w:color w:val="6E6E6E"/>
        <w:sz w:val="17"/>
      </w:rPr>
      <w:t xml:space="preserve">Strona </w:t>
    </w:r>
    <w:r>
      <w:fldChar w:fldCharType="begin"/>
    </w:r>
    <w:r>
      <w:instrText>PAGE</w:instrText>
    </w:r>
    <w:r w:rsidR="00B82B68">
      <w:fldChar w:fldCharType="separate"/>
    </w:r>
    <w:r w:rsidR="00B82B6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F13CC" w14:textId="77777777" w:rsidR="00586259" w:rsidRDefault="00586259">
      <w:pPr>
        <w:spacing w:after="0" w:line="240" w:lineRule="auto"/>
      </w:pPr>
      <w:r>
        <w:separator/>
      </w:r>
    </w:p>
  </w:footnote>
  <w:footnote w:type="continuationSeparator" w:id="0">
    <w:p w14:paraId="3C6BCBD8" w14:textId="77777777" w:rsidR="00586259" w:rsidRDefault="005862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6C856" w14:textId="77777777" w:rsidR="00065875" w:rsidRDefault="00000000">
    <w:pPr>
      <w:pStyle w:val="Nagwek"/>
      <w:jc w:val="center"/>
    </w:pPr>
    <w:r>
      <w:rPr>
        <w:color w:val="6E6E6E"/>
        <w:sz w:val="17"/>
      </w:rPr>
      <w:t>JĘZYK POLSKI  •  KLASA 5  •  WYMAGANIA EDUKACYJNE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4300550">
    <w:abstractNumId w:val="8"/>
  </w:num>
  <w:num w:numId="2" w16cid:durableId="174661822">
    <w:abstractNumId w:val="6"/>
  </w:num>
  <w:num w:numId="3" w16cid:durableId="623659222">
    <w:abstractNumId w:val="5"/>
  </w:num>
  <w:num w:numId="4" w16cid:durableId="237787999">
    <w:abstractNumId w:val="4"/>
  </w:num>
  <w:num w:numId="5" w16cid:durableId="1693262467">
    <w:abstractNumId w:val="7"/>
  </w:num>
  <w:num w:numId="6" w16cid:durableId="1696272546">
    <w:abstractNumId w:val="3"/>
  </w:num>
  <w:num w:numId="7" w16cid:durableId="606274089">
    <w:abstractNumId w:val="2"/>
  </w:num>
  <w:num w:numId="8" w16cid:durableId="108207018">
    <w:abstractNumId w:val="1"/>
  </w:num>
  <w:num w:numId="9" w16cid:durableId="100323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5875"/>
    <w:rsid w:val="0015074B"/>
    <w:rsid w:val="0029639D"/>
    <w:rsid w:val="00326F90"/>
    <w:rsid w:val="00586259"/>
    <w:rsid w:val="008341CE"/>
    <w:rsid w:val="00AA1D8D"/>
    <w:rsid w:val="00B47730"/>
    <w:rsid w:val="00B82B68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9EBCD4"/>
  <w14:defaultImageDpi w14:val="300"/>
  <w15:docId w15:val="{D3E3C550-2071-4720-A167-E283726C6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40" w:line="250" w:lineRule="auto"/>
    </w:pPr>
    <w:rPr>
      <w:rFonts w:ascii="Arial" w:hAnsi="Arial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/>
      <w:b/>
      <w:bCs/>
      <w:color w:val="1F4E79"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/>
      <w:b/>
      <w:bCs/>
      <w:color w:val="000000"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keepNext/>
      <w:pBdr>
        <w:bottom w:val="single" w:sz="8" w:space="4" w:color="4F81BD" w:themeColor="accent1"/>
      </w:pBdr>
      <w:spacing w:after="6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3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cope">
    <w:name w:val="Scope"/>
    <w:pPr>
      <w:spacing w:after="80"/>
    </w:pPr>
    <w:rPr>
      <w:rFonts w:ascii="Arial" w:hAnsi="Arial"/>
      <w:i/>
      <w:color w:val="505050"/>
      <w:sz w:val="19"/>
    </w:rPr>
  </w:style>
  <w:style w:type="paragraph" w:customStyle="1" w:styleId="Dash">
    <w:name w:val="Dash"/>
    <w:pPr>
      <w:spacing w:after="30" w:line="247" w:lineRule="auto"/>
      <w:ind w:left="255" w:hanging="181"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1427</Words>
  <Characters>8563</Characters>
  <Application>Microsoft Office Word</Application>
  <DocSecurity>0</DocSecurity>
  <Lines>71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9971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Ewelina Assendrich-Reszel</cp:lastModifiedBy>
  <cp:revision>3</cp:revision>
  <dcterms:created xsi:type="dcterms:W3CDTF">2013-12-23T23:15:00Z</dcterms:created>
  <dcterms:modified xsi:type="dcterms:W3CDTF">2026-09-29T07:21:00Z</dcterms:modified>
  <cp:category/>
</cp:coreProperties>
</file>